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highlight w:val="yellow"/>
        </w:rPr>
        <w:t>[Tu nombre y apellidos]</w:t>
      </w:r>
    </w:p>
    <w:p>
      <w:pPr>
        <w:spacing w:after="0"/>
      </w:pP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</w:p>
    <w:p>
      <w:r>
        <w:rPr>
          <w:b w:val="0"/>
          <w:highlight w:val="yellow"/>
        </w:rPr>
        <w:t>[Tu dirección]</w:t>
      </w:r>
    </w:p>
    <w:p>
      <w:pPr>
        <w:spacing w:after="0"/>
      </w:pPr>
      <w:r>
        <w:rPr>
          <w:b w:val="0"/>
        </w:rPr>
        <w:t xml:space="preserve">A la atención de: </w:t>
      </w:r>
      <w:r>
        <w:rPr>
          <w:b w:val="0"/>
          <w:highlight w:val="yellow"/>
        </w:rPr>
        <w:t>[Nombre de la empresa]</w:t>
      </w:r>
    </w:p>
    <w:p>
      <w:pPr>
        <w:spacing w:after="0"/>
      </w:pPr>
      <w:r>
        <w:rPr>
          <w:b w:val="0"/>
          <w:highlight w:val="yellow"/>
        </w:rPr>
        <w:t>[Departamento de Recursos Humanos o persona responsable]</w:t>
      </w:r>
    </w:p>
    <w:p>
      <w:r>
        <w:rPr>
          <w:b w:val="0"/>
          <w:highlight w:val="yellow"/>
        </w:rPr>
        <w:t>[Dirección de la empresa]</w:t>
      </w:r>
    </w:p>
    <w:p>
      <w:pPr>
        <w:jc w:val="both"/>
      </w:pPr>
      <w:r>
        <w:rPr>
          <w:b w:val="0"/>
          <w:highlight w:val="yellow"/>
        </w:rPr>
        <w:t>[Ciudad]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r>
        <w:rPr>
          <w:b/>
        </w:rPr>
        <w:t>Asunto: solicitud de adaptación de jornada (art. 34.8 del Estatuto de los Trabajadores)</w:t>
      </w:r>
    </w:p>
    <w:p>
      <w:pPr>
        <w:jc w:val="both"/>
      </w:pPr>
      <w:r>
        <w:rPr>
          <w:b w:val="0"/>
        </w:rPr>
        <w:t xml:space="preserve">Por medio de la presente, y al amparo del artículo 34.8 del Estatuto de los Trabajadores, solicito la siguiente adaptación de mi jornada para conciliar mi vida familiar y laboral: </w:t>
      </w:r>
      <w:r>
        <w:rPr>
          <w:b w:val="0"/>
          <w:highlight w:val="yellow"/>
        </w:rPr>
        <w:t>[describe el cambio: horario de 8:00 a 15:00 / jornada continua / teletrabajo los días…]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El motivo es </w:t>
      </w:r>
      <w:r>
        <w:rPr>
          <w:b w:val="0"/>
          <w:highlight w:val="yellow"/>
        </w:rPr>
        <w:t>[el cuidado de mi hijo/a de X años / el cuidado de mi familiar…]</w:t>
      </w:r>
      <w:r>
        <w:rPr>
          <w:b w:val="0"/>
        </w:rPr>
        <w:t xml:space="preserve">. Considero que esta adaptación es razonable y proporcionada porque </w:t>
      </w:r>
      <w:r>
        <w:rPr>
          <w:b w:val="0"/>
          <w:highlight w:val="yellow"/>
        </w:rPr>
        <w:t>[explica por qué es compatible con tu puesto: tareas que se pueden hacer en ese horario, experiencia previa, etc.]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Solicito que se abra el proceso de negociación previsto en dicho artículo, que no puede superar quince días, y que me comuniquen su respuesta por escrito. Desearía que la adaptación comenzara el </w:t>
      </w:r>
      <w:r>
        <w:rPr>
          <w:b w:val="0"/>
          <w:highlight w:val="yellow"/>
        </w:rPr>
        <w:t>[fecha]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Le ruego que me devuelvan una copia firmada de este escrito como acuse de recibo.</w:t>
      </w:r>
    </w:p>
    <w:p>
      <w:pPr>
        <w:spacing w:after="0"/>
      </w:pPr>
      <w:r>
        <w:rPr>
          <w:b w:val="0"/>
        </w:rPr>
        <w:t>Atentamente,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[Firma]</w:t>
      </w:r>
    </w:p>
    <w:p>
      <w:pPr>
        <w:spacing w:after="0"/>
      </w:pPr>
      <w:r>
        <w:rPr>
          <w:b w:val="0"/>
          <w:highlight w:val="yellow"/>
        </w:rPr>
        <w:t>[Tu nombre y apellidos]</w:t>
      </w:r>
    </w:p>
    <w:p/>
    <w:p>
      <w:pPr>
        <w:spacing w:after="0"/>
      </w:pPr>
    </w:p>
    <w:p>
      <w:pPr>
        <w:spacing w:after="0"/>
      </w:pPr>
      <w:r>
        <w:rPr>
          <w:b w:val="0"/>
        </w:rPr>
        <w:t>Recibí por la empresa (firma, sello y fecha):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______________________________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adaptación de jornada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