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highlight w:val="yellow"/>
        </w:rPr>
        <w:t>[Tu nombre y apellidos]</w:t>
      </w:r>
    </w:p>
    <w:p>
      <w:pPr>
        <w:spacing w:after="0"/>
      </w:pP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</w:p>
    <w:p>
      <w:r>
        <w:rPr>
          <w:b w:val="0"/>
          <w:highlight w:val="yellow"/>
        </w:rPr>
        <w:t>[Tu dirección]</w:t>
      </w:r>
    </w:p>
    <w:p>
      <w:pPr>
        <w:spacing w:after="0"/>
      </w:pPr>
      <w:r>
        <w:rPr>
          <w:b w:val="0"/>
        </w:rPr>
        <w:t xml:space="preserve">A la atención de: </w:t>
      </w:r>
      <w:r>
        <w:rPr>
          <w:b w:val="0"/>
          <w:highlight w:val="yellow"/>
        </w:rPr>
        <w:t>[Nombre de la empresa]</w:t>
      </w:r>
    </w:p>
    <w:p>
      <w:pPr>
        <w:spacing w:after="0"/>
      </w:pPr>
      <w:r>
        <w:rPr>
          <w:b w:val="0"/>
          <w:highlight w:val="yellow"/>
        </w:rPr>
        <w:t>[Departamento de Recursos Humanos o persona responsable]</w:t>
      </w:r>
    </w:p>
    <w:p>
      <w:r>
        <w:rPr>
          <w:b w:val="0"/>
          <w:highlight w:val="yellow"/>
        </w:rPr>
        <w:t>[Dirección de la empresa]</w:t>
      </w:r>
    </w:p>
    <w:p>
      <w:pPr>
        <w:jc w:val="both"/>
      </w:pPr>
      <w:r>
        <w:rPr>
          <w:b w:val="0"/>
          <w:highlight w:val="yellow"/>
        </w:rPr>
        <w:t>[Ciudad]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r>
        <w:rPr>
          <w:b/>
        </w:rPr>
        <w:t>Asunto: resolución del contrato durante el periodo de prueba</w:t>
      </w:r>
    </w:p>
    <w:p>
      <w:pPr>
        <w:jc w:val="both"/>
      </w:pPr>
      <w:r>
        <w:rPr>
          <w:b w:val="0"/>
        </w:rPr>
        <w:t xml:space="preserve">Por medio de la presente, y de acuerdo con el artículo 14.2 del Estatuto de los Trabajadores, le comunico mi decisión de resolver el contrato de trabajo que firmé el </w:t>
      </w:r>
      <w:r>
        <w:rPr>
          <w:b w:val="0"/>
          <w:highlight w:val="yellow"/>
        </w:rPr>
        <w:t>[fecha del contrato]</w:t>
      </w:r>
      <w:r>
        <w:rPr>
          <w:b w:val="0"/>
        </w:rPr>
        <w:t xml:space="preserve"> durante el periodo de prueba, con efectos desde el </w:t>
      </w:r>
      <w:r>
        <w:rPr>
          <w:b w:val="0"/>
          <w:highlight w:val="yellow"/>
        </w:rPr>
        <w:t>[fecha de efecto]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Le solicito el abono de la liquidación correspondiente a los días trabajados, con la parte proporcional de las pagas extraordinarias y de las vacaciones no disfrutadas, así como el certificado de empresa.</w:t>
      </w:r>
    </w:p>
    <w:p>
      <w:pPr>
        <w:jc w:val="both"/>
      </w:pPr>
      <w:r>
        <w:rPr>
          <w:b w:val="0"/>
        </w:rPr>
        <w:t>Agradezco la oportunidad y quedo a su disposición para cualquier gestión.</w:t>
      </w:r>
    </w:p>
    <w:p>
      <w:pPr>
        <w:spacing w:after="0"/>
      </w:pPr>
      <w:r>
        <w:rPr>
          <w:b w:val="0"/>
        </w:rPr>
        <w:t>Atentamente,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[Firma]</w:t>
      </w:r>
    </w:p>
    <w:p>
      <w:pPr>
        <w:spacing w:after="0"/>
      </w:pPr>
      <w:r>
        <w:rPr>
          <w:b w:val="0"/>
          <w:highlight w:val="yellow"/>
        </w:rPr>
        <w:t>[Tu nombre y apellidos]</w:t>
      </w:r>
    </w:p>
    <w:p/>
    <w:p>
      <w:pPr>
        <w:spacing w:after="0"/>
      </w:pPr>
    </w:p>
    <w:p>
      <w:pPr>
        <w:spacing w:after="0"/>
      </w:pPr>
      <w:r>
        <w:rPr>
          <w:b w:val="0"/>
        </w:rPr>
        <w:t>Recibí por la empresa (firma, sello y fecha):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______________________________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Baja en periodo de prueba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