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[Tu nombre y apellidos]</w:t>
      </w:r>
    </w:p>
    <w:p>
      <w:pPr>
        <w:spacing w:after="0"/>
      </w:pP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 w:val="0"/>
        </w:rPr>
        <w:t xml:space="preserve">A la atención de: </w:t>
      </w: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[Departamento de Recursos Humanos o persona responsable]</w:t>
      </w:r>
    </w:p>
    <w:p>
      <w:r>
        <w:rPr>
          <w:b w:val="0"/>
          <w:highlight w:val="yellow"/>
        </w:rPr>
        <w:t>[Dirección de la empresa]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Asunto: comunicación de baja voluntaria</w:t>
      </w:r>
    </w:p>
    <w:p>
      <w:pPr>
        <w:jc w:val="both"/>
      </w:pPr>
      <w:r>
        <w:rPr>
          <w:b w:val="0"/>
        </w:rPr>
        <w:t xml:space="preserve">Por medio de la presente, le comunico mi decisión de causar baja voluntaria en la empresa, en la que presto servicios desde el </w:t>
      </w:r>
      <w:r>
        <w:rPr>
          <w:b w:val="0"/>
          <w:highlight w:val="yellow"/>
        </w:rPr>
        <w:t>[fecha de inicio]</w:t>
      </w:r>
      <w:r>
        <w:rPr>
          <w:b w:val="0"/>
        </w:rPr>
        <w:t xml:space="preserve"> con la categoría de </w:t>
      </w:r>
      <w:r>
        <w:rPr>
          <w:b w:val="0"/>
          <w:highlight w:val="yellow"/>
        </w:rPr>
        <w:t>[puesto o categoría profesional]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De acuerdo con el preaviso de </w:t>
      </w:r>
      <w:r>
        <w:rPr>
          <w:b w:val="0"/>
          <w:highlight w:val="yellow"/>
        </w:rPr>
        <w:t>[15]</w:t>
      </w:r>
      <w:r>
        <w:rPr>
          <w:b w:val="0"/>
        </w:rPr>
        <w:t xml:space="preserve"> días establecido en </w:t>
      </w:r>
      <w:r>
        <w:rPr>
          <w:b w:val="0"/>
          <w:highlight w:val="yellow"/>
        </w:rPr>
        <w:t>[el convenio colectivo aplicable / mi contrato]</w:t>
      </w:r>
      <w:r>
        <w:rPr>
          <w:b w:val="0"/>
        </w:rPr>
        <w:t xml:space="preserve">, mi último día de trabajo será el </w:t>
      </w:r>
      <w:r>
        <w:rPr>
          <w:b w:val="0"/>
          <w:highlight w:val="yellow"/>
        </w:rPr>
        <w:t>[fecha del último día]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Le solicito que me abonen la liquidación que me corresponde (finiquito), con el salario pendiente, la parte proporcional de las pagas extraordinarias y las vacaciones generadas y no disfrutadas, y que me entreguen el certificado de empresa.</w:t>
      </w:r>
    </w:p>
    <w:p>
      <w:pPr>
        <w:jc w:val="both"/>
      </w:pPr>
      <w:r>
        <w:rPr>
          <w:b w:val="0"/>
        </w:rPr>
        <w:t>Quedo a su disposición para facilitar el traspaso de mis tareas durante este periodo.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[Tu nombre y apellidos]</w:t>
      </w:r>
    </w:p>
    <w:p/>
    <w:p>
      <w:pPr>
        <w:spacing w:after="0"/>
      </w:pPr>
    </w:p>
    <w:p>
      <w:pPr>
        <w:spacing w:after="0"/>
      </w:pPr>
      <w:r>
        <w:rPr>
          <w:b w:val="0"/>
        </w:rPr>
        <w:t>Recibí por la empresa (firma, sello y fecha):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______________________________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baja voluntaria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