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highlight w:val="yellow"/>
        </w:rPr>
        <w:t>[Nombre de la empresa]</w:t>
      </w:r>
    </w:p>
    <w:p>
      <w:pPr>
        <w:spacing w:after="0"/>
      </w:pPr>
      <w:r>
        <w:rPr>
          <w:b w:val="0"/>
          <w:highlight w:val="yellow"/>
        </w:rPr>
        <w:t>[Dirección]</w:t>
      </w:r>
    </w:p>
    <w:p>
      <w:r>
        <w:rPr>
          <w:b w:val="0"/>
          <w:highlight w:val="yellow"/>
        </w:rPr>
        <w:t>[Teléfono / correo electrónico]</w:t>
      </w:r>
    </w:p>
    <w:p>
      <w:pPr>
        <w:jc w:val="both"/>
      </w:pPr>
      <w:r>
        <w:rPr>
          <w:b w:val="0"/>
          <w:highlight w:val="yellow"/>
        </w:rPr>
        <w:t>[Ciudad]</w:t>
      </w:r>
      <w:r>
        <w:rPr>
          <w:b w:val="0"/>
        </w:rPr>
        <w:t xml:space="preserve">, a </w:t>
      </w:r>
      <w:r>
        <w:rPr>
          <w:b w:val="0"/>
          <w:highlight w:val="yellow"/>
        </w:rPr>
        <w:t>[fecha]</w:t>
      </w:r>
    </w:p>
    <w:p>
      <w:r>
        <w:rPr>
          <w:b/>
        </w:rPr>
        <w:t>A quien corresponda:</w:t>
      </w:r>
    </w:p>
    <w:p>
      <w:pPr>
        <w:jc w:val="both"/>
      </w:pPr>
      <w:r>
        <w:rPr>
          <w:b w:val="0"/>
        </w:rPr>
        <w:t xml:space="preserve">Por medio de la presente, </w:t>
      </w:r>
      <w:r>
        <w:rPr>
          <w:b w:val="0"/>
          <w:highlight w:val="yellow"/>
        </w:rPr>
        <w:t>[nombre de quien firma]</w:t>
      </w:r>
      <w:r>
        <w:rPr>
          <w:b w:val="0"/>
        </w:rPr>
        <w:t xml:space="preserve">, </w:t>
      </w:r>
      <w:r>
        <w:rPr>
          <w:b w:val="0"/>
          <w:highlight w:val="yellow"/>
        </w:rPr>
        <w:t>[cargo]</w:t>
      </w:r>
      <w:r>
        <w:rPr>
          <w:b w:val="0"/>
        </w:rPr>
        <w:t xml:space="preserve"> en </w:t>
      </w:r>
      <w:r>
        <w:rPr>
          <w:b w:val="0"/>
          <w:highlight w:val="yellow"/>
        </w:rPr>
        <w:t>[nombre de la empresa]</w:t>
      </w:r>
      <w:r>
        <w:rPr>
          <w:b w:val="0"/>
        </w:rPr>
        <w:t xml:space="preserve">, recomiendo a </w:t>
      </w:r>
      <w:r>
        <w:rPr>
          <w:b w:val="0"/>
          <w:highlight w:val="yellow"/>
        </w:rPr>
        <w:t>[nombre de la persona]</w:t>
      </w:r>
      <w:r>
        <w:rPr>
          <w:b w:val="0"/>
        </w:rPr>
        <w:t xml:space="preserve">, que trabajó con nosotros desde el </w:t>
      </w:r>
      <w:r>
        <w:rPr>
          <w:b w:val="0"/>
          <w:highlight w:val="yellow"/>
        </w:rPr>
        <w:t>[fecha de inicio]</w:t>
      </w:r>
      <w:r>
        <w:rPr>
          <w:b w:val="0"/>
        </w:rPr>
        <w:t xml:space="preserve"> hasta el </w:t>
      </w:r>
      <w:r>
        <w:rPr>
          <w:b w:val="0"/>
          <w:highlight w:val="yellow"/>
        </w:rPr>
        <w:t>[fecha de fin]</w:t>
      </w:r>
      <w:r>
        <w:rPr>
          <w:b w:val="0"/>
        </w:rPr>
        <w:t xml:space="preserve"> como </w:t>
      </w:r>
      <w:r>
        <w:rPr>
          <w:b w:val="0"/>
          <w:highlight w:val="yellow"/>
        </w:rPr>
        <w:t>[puesto]</w:t>
      </w:r>
      <w:r>
        <w:rPr>
          <w:b w:val="0"/>
        </w:rPr>
        <w:t>.</w:t>
      </w:r>
    </w:p>
    <w:p>
      <w:pPr>
        <w:jc w:val="both"/>
      </w:pPr>
      <w:r>
        <w:rPr>
          <w:b w:val="0"/>
        </w:rPr>
        <w:t xml:space="preserve">Durante este tiempo se encargó de </w:t>
      </w:r>
      <w:r>
        <w:rPr>
          <w:b w:val="0"/>
          <w:highlight w:val="yellow"/>
        </w:rPr>
        <w:t>[principales funciones y responsabilidades]</w:t>
      </w:r>
      <w:r>
        <w:rPr>
          <w:b w:val="0"/>
        </w:rPr>
        <w:t xml:space="preserve">. Destacó por </w:t>
      </w:r>
      <w:r>
        <w:rPr>
          <w:b w:val="0"/>
          <w:highlight w:val="yellow"/>
        </w:rPr>
        <w:t>[dos o tres cualidades concretas: responsabilidad, trabajo en equipo, capacidad de resolver problemas…]</w:t>
      </w:r>
      <w:r>
        <w:rPr>
          <w:b w:val="0"/>
        </w:rPr>
        <w:t xml:space="preserve">, y en especial por </w:t>
      </w:r>
      <w:r>
        <w:rPr>
          <w:b w:val="0"/>
          <w:highlight w:val="yellow"/>
        </w:rPr>
        <w:t>[un logro o ejemplo concreto]</w:t>
      </w:r>
      <w:r>
        <w:rPr>
          <w:b w:val="0"/>
        </w:rPr>
        <w:t>.</w:t>
      </w:r>
    </w:p>
    <w:p>
      <w:pPr>
        <w:jc w:val="both"/>
      </w:pPr>
      <w:r>
        <w:rPr>
          <w:b w:val="0"/>
        </w:rPr>
        <w:t xml:space="preserve">Por todo ello, la recomiendo sin reservas para </w:t>
      </w:r>
      <w:r>
        <w:rPr>
          <w:b w:val="0"/>
          <w:highlight w:val="yellow"/>
        </w:rPr>
        <w:t>[tipo de puesto o empresa]</w:t>
      </w:r>
      <w:r>
        <w:rPr>
          <w:b w:val="0"/>
        </w:rPr>
        <w:t xml:space="preserve">. Quedo a su disposición para ampliar esta información en </w:t>
      </w:r>
      <w:r>
        <w:rPr>
          <w:b w:val="0"/>
          <w:highlight w:val="yellow"/>
        </w:rPr>
        <w:t>[teléfono o correo electrónico]</w:t>
      </w:r>
      <w:r>
        <w:rPr>
          <w:b w:val="0"/>
        </w:rPr>
        <w:t>.</w:t>
      </w:r>
    </w:p>
    <w:p>
      <w:pPr>
        <w:spacing w:after="0"/>
      </w:pPr>
      <w:r>
        <w:rPr>
          <w:b w:val="0"/>
        </w:rPr>
        <w:t>Atentamente,</w:t>
      </w:r>
    </w:p>
    <w:p>
      <w:pPr>
        <w:spacing w:after="0"/>
      </w:pPr>
    </w:p>
    <w:p>
      <w:pPr>
        <w:spacing w:after="0"/>
      </w:pPr>
      <w:r>
        <w:rPr>
          <w:b w:val="0"/>
          <w:highlight w:val="yellow"/>
        </w:rPr>
        <w:t>[Firma]</w:t>
      </w:r>
    </w:p>
    <w:p>
      <w:pPr>
        <w:spacing w:after="0"/>
      </w:pPr>
      <w:r>
        <w:rPr>
          <w:b w:val="0"/>
          <w:highlight w:val="yellow"/>
        </w:rPr>
        <w:t>[Nombre y cargo de quien firma]</w:t>
      </w:r>
    </w:p>
    <w:p/>
    <w:sectPr w:rsidR="00FC693F" w:rsidRPr="0006063C" w:rsidSect="00034616">
      <w:pgSz w:w="12240" w:h="15840"/>
      <w:pgMar w:top="1440" w:right="1417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recomendación laboral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