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highlight w:val="yellow"/>
        </w:rPr>
        <w:t>[Tu nombre y apellidos]</w:t>
      </w:r>
    </w:p>
    <w:p>
      <w:pPr>
        <w:spacing w:after="0"/>
      </w:pPr>
      <w:r>
        <w:rPr>
          <w:b w:val="0"/>
        </w:rPr>
        <w:t xml:space="preserve">DNI/NIE: </w:t>
      </w:r>
      <w:r>
        <w:rPr>
          <w:b w:val="0"/>
          <w:highlight w:val="yellow"/>
        </w:rPr>
        <w:t>[número]</w:t>
      </w:r>
    </w:p>
    <w:p>
      <w:r>
        <w:rPr>
          <w:b w:val="0"/>
          <w:highlight w:val="yellow"/>
        </w:rPr>
        <w:t>[Tu dirección]</w:t>
      </w:r>
    </w:p>
    <w:p>
      <w:pPr>
        <w:spacing w:after="0"/>
      </w:pPr>
      <w:r>
        <w:rPr>
          <w:b w:val="0"/>
        </w:rPr>
        <w:t xml:space="preserve">A la atención de: </w:t>
      </w:r>
      <w:r>
        <w:rPr>
          <w:b w:val="0"/>
          <w:highlight w:val="yellow"/>
        </w:rPr>
        <w:t>[Nombre de la empresa]</w:t>
      </w:r>
    </w:p>
    <w:p>
      <w:pPr>
        <w:spacing w:after="0"/>
      </w:pPr>
      <w:r>
        <w:rPr>
          <w:b w:val="0"/>
          <w:highlight w:val="yellow"/>
        </w:rPr>
        <w:t>[Departamento de Recursos Humanos o persona responsable]</w:t>
      </w:r>
    </w:p>
    <w:p>
      <w:r>
        <w:rPr>
          <w:b w:val="0"/>
          <w:highlight w:val="yellow"/>
        </w:rPr>
        <w:t>[Dirección de la empresa]</w:t>
      </w:r>
    </w:p>
    <w:p>
      <w:pPr>
        <w:jc w:val="both"/>
      </w:pPr>
      <w:r>
        <w:rPr>
          <w:b w:val="0"/>
          <w:highlight w:val="yellow"/>
        </w:rPr>
        <w:t>[Ciudad]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[fecha]</w:t>
      </w:r>
    </w:p>
    <w:p>
      <w:r>
        <w:rPr>
          <w:b/>
        </w:rPr>
        <w:t>Asunto: solicitud de excedencia voluntaria</w:t>
      </w:r>
    </w:p>
    <w:p>
      <w:pPr>
        <w:jc w:val="both"/>
      </w:pPr>
      <w:r>
        <w:rPr>
          <w:b w:val="0"/>
        </w:rPr>
        <w:t xml:space="preserve">Por medio de la presente, y al amparo del artículo 46.2 del Estatuto de los Trabajadores, teniendo una antigüedad en la empresa superior a un año, le solicito pasar a la situación de excedencia voluntaria durante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</w:t>
      </w:r>
      <w:r>
        <w:rPr>
          <w:b w:val="0"/>
          <w:highlight w:val="yellow"/>
        </w:rPr>
        <w:t>[meses/años]</w:t>
      </w:r>
      <w:r>
        <w:rPr>
          <w:b w:val="0"/>
        </w:rPr>
        <w:t xml:space="preserve">, desde el </w:t>
      </w:r>
      <w:r>
        <w:rPr>
          <w:b w:val="0"/>
          <w:highlight w:val="yellow"/>
        </w:rPr>
        <w:t>[fecha de inicio]</w:t>
      </w:r>
      <w:r>
        <w:rPr>
          <w:b w:val="0"/>
        </w:rPr>
        <w:t xml:space="preserve"> hasta el </w:t>
      </w:r>
      <w:r>
        <w:rPr>
          <w:b w:val="0"/>
          <w:highlight w:val="yellow"/>
        </w:rPr>
        <w:t>[fecha de fin]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>Le ruego que me confirmen la concesión por escrito.</w:t>
      </w:r>
    </w:p>
    <w:p>
      <w:pPr>
        <w:jc w:val="both"/>
      </w:pPr>
      <w:r>
        <w:rPr>
          <w:b w:val="0"/>
        </w:rPr>
        <w:t>Le ruego que me devuelvan una copia firmada de este escrito como acuse de recibo.</w:t>
      </w:r>
    </w:p>
    <w:p>
      <w:pPr>
        <w:spacing w:after="0"/>
      </w:pPr>
      <w:r>
        <w:rPr>
          <w:b w:val="0"/>
        </w:rPr>
        <w:t>Atentamente,</w:t>
      </w:r>
    </w:p>
    <w:p>
      <w:pPr>
        <w:spacing w:after="0"/>
      </w:pPr>
    </w:p>
    <w:p>
      <w:pPr>
        <w:spacing w:after="0"/>
      </w:pPr>
      <w:r>
        <w:rPr>
          <w:b w:val="0"/>
          <w:highlight w:val="yellow"/>
        </w:rPr>
        <w:t>[Firma]</w:t>
      </w:r>
    </w:p>
    <w:p>
      <w:pPr>
        <w:spacing w:after="0"/>
      </w:pPr>
      <w:r>
        <w:rPr>
          <w:b w:val="0"/>
          <w:highlight w:val="yellow"/>
        </w:rPr>
        <w:t>[Tu nombre y apellidos]</w:t>
      </w:r>
    </w:p>
    <w:p/>
    <w:p>
      <w:pPr>
        <w:spacing w:after="0"/>
      </w:pPr>
    </w:p>
    <w:p>
      <w:pPr>
        <w:spacing w:after="0"/>
      </w:pPr>
      <w:r>
        <w:rPr>
          <w:b w:val="0"/>
        </w:rPr>
        <w:t>Recibí por la empresa (firma, sello y fecha):</w:t>
      </w:r>
    </w:p>
    <w:p>
      <w:pPr>
        <w:spacing w:after="0"/>
      </w:pPr>
    </w:p>
    <w:p>
      <w:pPr>
        <w:spacing w:after="0"/>
      </w:pPr>
      <w:r>
        <w:rPr>
          <w:b w:val="0"/>
        </w:rPr>
        <w:t>______________________________</w:t>
      </w:r>
    </w:p>
    <w:p/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excedencia voluntaria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