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highlight w:val="yellow"/>
        </w:rPr>
        <w:t>[Tu nombre y apellidos]</w:t>
      </w:r>
    </w:p>
    <w:p>
      <w:pPr>
        <w:spacing w:after="0"/>
      </w:pPr>
      <w:r>
        <w:rPr>
          <w:b w:val="0"/>
        </w:rPr>
        <w:t xml:space="preserve">DNI/NIE: </w:t>
      </w:r>
      <w:r>
        <w:rPr>
          <w:b w:val="0"/>
          <w:highlight w:val="yellow"/>
        </w:rPr>
        <w:t>[número]</w:t>
      </w:r>
    </w:p>
    <w:p>
      <w:r>
        <w:rPr>
          <w:b w:val="0"/>
          <w:highlight w:val="yellow"/>
        </w:rPr>
        <w:t>[Tu dirección]</w:t>
      </w:r>
    </w:p>
    <w:p>
      <w:pPr>
        <w:spacing w:after="0"/>
      </w:pPr>
      <w:r>
        <w:rPr>
          <w:b w:val="0"/>
        </w:rPr>
        <w:t xml:space="preserve">A la atención de: </w:t>
      </w:r>
      <w:r>
        <w:rPr>
          <w:b w:val="0"/>
          <w:highlight w:val="yellow"/>
        </w:rPr>
        <w:t>[Nombre de la empresa]</w:t>
      </w:r>
    </w:p>
    <w:p>
      <w:pPr>
        <w:spacing w:after="0"/>
      </w:pPr>
      <w:r>
        <w:rPr>
          <w:b w:val="0"/>
          <w:highlight w:val="yellow"/>
        </w:rPr>
        <w:t>[Departamento de Recursos Humanos o persona responsable]</w:t>
      </w:r>
    </w:p>
    <w:p>
      <w:r>
        <w:rPr>
          <w:b w:val="0"/>
          <w:highlight w:val="yellow"/>
        </w:rPr>
        <w:t>[Dirección de la empresa]</w:t>
      </w:r>
    </w:p>
    <w:p>
      <w:pPr>
        <w:jc w:val="both"/>
      </w:pPr>
      <w:r>
        <w:rPr>
          <w:b w:val="0"/>
          <w:highlight w:val="yellow"/>
        </w:rPr>
        <w:t>[Ciudad]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r>
        <w:rPr>
          <w:b/>
        </w:rPr>
        <w:t>Asunto: comunicación de permiso retribuido</w:t>
      </w:r>
    </w:p>
    <w:p>
      <w:pPr>
        <w:jc w:val="both"/>
      </w:pPr>
      <w:r>
        <w:rPr>
          <w:b w:val="0"/>
        </w:rPr>
        <w:t xml:space="preserve">Por medio de la presente, y conforme al artículo 37.3 del Estatuto de los Trabajadores, le comunico que voy a hacer uso del permiso retribuido de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días por </w:t>
      </w:r>
      <w:r>
        <w:rPr>
          <w:b w:val="0"/>
          <w:highlight w:val="yellow"/>
        </w:rPr>
        <w:t>[motivo: hospitalización de un familiar / matrimonio / fallecimiento de un familiar / traslado de domicilio]</w:t>
      </w:r>
      <w:r>
        <w:rPr>
          <w:b w:val="0"/>
        </w:rPr>
        <w:t xml:space="preserve">, los días </w:t>
      </w:r>
      <w:r>
        <w:rPr>
          <w:b w:val="0"/>
          <w:highlight w:val="yellow"/>
        </w:rPr>
        <w:t>[fechas]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>Aportaré el justificante correspondiente (</w:t>
      </w:r>
      <w:r>
        <w:rPr>
          <w:b w:val="0"/>
          <w:highlight w:val="yellow"/>
        </w:rPr>
        <w:t>[informe médico / certificado / documento que acredite el motivo]</w:t>
      </w:r>
      <w:r>
        <w:rPr>
          <w:b w:val="0"/>
        </w:rPr>
        <w:t>).</w:t>
      </w:r>
    </w:p>
    <w:p>
      <w:pPr>
        <w:jc w:val="both"/>
      </w:pPr>
      <w:r>
        <w:rPr>
          <w:b w:val="0"/>
        </w:rPr>
        <w:t>Le ruego que me devuelvan una copia firmada de este escrito como acuse de recibo.</w:t>
      </w:r>
    </w:p>
    <w:p>
      <w:pPr>
        <w:spacing w:after="0"/>
      </w:pPr>
      <w:r>
        <w:rPr>
          <w:b w:val="0"/>
        </w:rPr>
        <w:t>Atentamente,</w:t>
      </w:r>
    </w:p>
    <w:p>
      <w:pPr>
        <w:spacing w:after="0"/>
      </w:pPr>
    </w:p>
    <w:p>
      <w:pPr>
        <w:spacing w:after="0"/>
      </w:pPr>
      <w:r>
        <w:rPr>
          <w:b w:val="0"/>
          <w:highlight w:val="yellow"/>
        </w:rPr>
        <w:t>[Firma]</w:t>
      </w:r>
    </w:p>
    <w:p>
      <w:pPr>
        <w:spacing w:after="0"/>
      </w:pPr>
      <w:r>
        <w:rPr>
          <w:b w:val="0"/>
          <w:highlight w:val="yellow"/>
        </w:rPr>
        <w:t>[Tu nombre y apellidos]</w:t>
      </w:r>
    </w:p>
    <w:p/>
    <w:p>
      <w:pPr>
        <w:spacing w:after="0"/>
      </w:pPr>
    </w:p>
    <w:p>
      <w:pPr>
        <w:spacing w:after="0"/>
      </w:pPr>
      <w:r>
        <w:rPr>
          <w:b w:val="0"/>
        </w:rPr>
        <w:t>Recibí por la empresa (firma, sello y fecha):</w:t>
      </w:r>
    </w:p>
    <w:p>
      <w:pPr>
        <w:spacing w:after="0"/>
      </w:pPr>
    </w:p>
    <w:p>
      <w:pPr>
        <w:spacing w:after="0"/>
      </w:pPr>
      <w:r>
        <w:rPr>
          <w:b w:val="0"/>
        </w:rPr>
        <w:t>______________________________</w:t>
      </w:r>
    </w:p>
    <w:p/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permiso retribuido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