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PRESUPUESTO</w:t>
      </w:r>
    </w:p>
    <w:p>
      <w:pPr>
        <w:spacing w:after="0"/>
      </w:pPr>
      <w:r>
        <w:rPr>
          <w:b w:val="0"/>
        </w:rPr>
        <w:t xml:space="preserve">Número de presupuesto: </w:t>
      </w:r>
      <w:r>
        <w:rPr>
          <w:b w:val="0"/>
          <w:highlight w:val="yellow"/>
        </w:rPr>
        <w:t>[P-2026-001]</w:t>
      </w:r>
    </w:p>
    <w:p>
      <w:pPr>
        <w:spacing w:after="0"/>
      </w:pPr>
      <w:r>
        <w:rPr>
          <w:b w:val="0"/>
        </w:rPr>
        <w:t xml:space="preserve">Fecha: </w:t>
      </w:r>
      <w:r>
        <w:rPr>
          <w:b w:val="0"/>
          <w:highlight w:val="yellow"/>
        </w:rPr>
        <w:t>[fecha]</w:t>
      </w:r>
    </w:p>
    <w:p>
      <w:r>
        <w:rPr>
          <w:b w:val="0"/>
        </w:rPr>
        <w:t xml:space="preserve">Válido hasta: </w:t>
      </w:r>
      <w:r>
        <w:rPr>
          <w:b w:val="0"/>
          <w:highlight w:val="yellow"/>
        </w:rPr>
        <w:t>[fecha (por ejemplo, 30 días)]</w:t>
      </w:r>
    </w:p>
    <w:p>
      <w:pPr>
        <w:spacing w:after="0"/>
      </w:pPr>
      <w:r>
        <w:rPr>
          <w:b/>
        </w:rPr>
        <w:t>DE</w:t>
      </w:r>
    </w:p>
    <w:p>
      <w:pPr>
        <w:spacing w:after="0"/>
      </w:pPr>
      <w:r>
        <w:rPr>
          <w:b w:val="0"/>
          <w:highlight w:val="yellow"/>
        </w:rPr>
        <w:t>[Tu nombre o razón social]</w:t>
      </w:r>
    </w:p>
    <w:p>
      <w:pPr>
        <w:spacing w:after="0"/>
      </w:pPr>
      <w:r>
        <w:rPr>
          <w:b w:val="0"/>
        </w:rPr>
        <w:t xml:space="preserve">NIF: </w:t>
      </w:r>
      <w:r>
        <w:rPr>
          <w:b w:val="0"/>
          <w:highlight w:val="yellow"/>
        </w:rPr>
        <w:t>[tu NIF]</w:t>
      </w:r>
    </w:p>
    <w:p>
      <w:r>
        <w:rPr>
          <w:b w:val="0"/>
          <w:highlight w:val="yellow"/>
        </w:rPr>
        <w:t>[Tu teléfono y correo electrónico]</w:t>
      </w:r>
    </w:p>
    <w:p>
      <w:pPr>
        <w:spacing w:after="0"/>
      </w:pPr>
      <w:r>
        <w:rPr>
          <w:b/>
        </w:rPr>
        <w:t>PARA</w:t>
      </w:r>
    </w:p>
    <w:p>
      <w:pPr>
        <w:spacing w:after="0"/>
      </w:pPr>
      <w:r>
        <w:rPr>
          <w:b w:val="0"/>
          <w:highlight w:val="yellow"/>
        </w:rPr>
        <w:t>[Nombre del cliente]</w:t>
      </w:r>
    </w:p>
    <w:p>
      <w:r>
        <w:rPr>
          <w:b w:val="0"/>
          <w:highlight w:val="yellow"/>
        </w:rPr>
        <w:t>[Dirección o datos de contacto]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351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2351"/>
          </w:tcPr>
          <w:p>
            <w:r>
              <w:rPr>
                <w:b/>
              </w:rPr>
              <w:t>Precio</w:t>
            </w:r>
          </w:p>
        </w:tc>
        <w:tc>
          <w:tcPr>
            <w:tcW w:type="dxa" w:w="2351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351"/>
          </w:tcPr>
          <w:p>
            <w:r>
              <w:t>[Descripción del trabajo]</w:t>
            </w:r>
          </w:p>
        </w:tc>
        <w:tc>
          <w:tcPr>
            <w:tcW w:type="dxa" w:w="2351"/>
          </w:tcPr>
          <w:p>
            <w:r>
              <w:t>[1]</w:t>
            </w:r>
          </w:p>
        </w:tc>
        <w:tc>
          <w:tcPr>
            <w:tcW w:type="dxa" w:w="2351"/>
          </w:tcPr>
          <w:p>
            <w:r>
              <w:t>[0,00 €]</w:t>
            </w:r>
          </w:p>
        </w:tc>
        <w:tc>
          <w:tcPr>
            <w:tcW w:type="dxa" w:w="2351"/>
          </w:tcPr>
          <w:p>
            <w:r>
              <w:t>[0,00 €]</w:t>
            </w:r>
          </w:p>
        </w:tc>
      </w:tr>
    </w:tbl>
    <w:p/>
    <w:p>
      <w:pPr>
        <w:spacing w:after="0"/>
      </w:pPr>
      <w:r>
        <w:rPr>
          <w:b w:val="0"/>
        </w:rPr>
        <w:t xml:space="preserve">Base imponible: </w:t>
      </w:r>
      <w:r>
        <w:rPr>
          <w:b w:val="0"/>
          <w:highlight w:val="yellow"/>
        </w:rPr>
        <w:t>[0,00 €]</w:t>
      </w:r>
    </w:p>
    <w:p>
      <w:pPr>
        <w:spacing w:after="0"/>
      </w:pPr>
      <w:r>
        <w:rPr>
          <w:b w:val="0"/>
        </w:rPr>
        <w:t>IVA (</w:t>
      </w:r>
      <w:r>
        <w:rPr>
          <w:b w:val="0"/>
          <w:highlight w:val="yellow"/>
        </w:rPr>
        <w:t>[21]</w:t>
      </w:r>
      <w:r>
        <w:rPr>
          <w:b w:val="0"/>
        </w:rPr>
        <w:t xml:space="preserve"> %): </w:t>
      </w:r>
      <w:r>
        <w:rPr>
          <w:b w:val="0"/>
          <w:highlight w:val="yellow"/>
        </w:rPr>
        <w:t>[0,00 €]</w:t>
      </w:r>
    </w:p>
    <w:p>
      <w:r>
        <w:rPr>
          <w:b w:val="0"/>
        </w:rPr>
        <w:t xml:space="preserve">TOTAL: </w:t>
      </w:r>
      <w:r>
        <w:rPr>
          <w:b w:val="0"/>
          <w:highlight w:val="yellow"/>
        </w:rPr>
        <w:t>[0,00 €]</w:t>
      </w:r>
    </w:p>
    <w:p>
      <w:pPr>
        <w:jc w:val="both"/>
      </w:pPr>
      <w:r>
        <w:rPr>
          <w:b w:val="0"/>
        </w:rPr>
        <w:t xml:space="preserve">Condiciones: </w:t>
      </w:r>
      <w:r>
        <w:rPr>
          <w:b w:val="0"/>
          <w:highlight w:val="yellow"/>
        </w:rPr>
        <w:t>[plazo de entrega]</w:t>
      </w:r>
      <w:r>
        <w:rPr>
          <w:b w:val="0"/>
        </w:rPr>
        <w:t xml:space="preserve">, </w:t>
      </w:r>
      <w:r>
        <w:rPr>
          <w:b w:val="0"/>
          <w:highlight w:val="yellow"/>
        </w:rPr>
        <w:t>[forma de pago: por ejemplo, 50 % al aceptar y 50 % a la entrega]</w:t>
      </w:r>
      <w:r>
        <w:rPr>
          <w:b w:val="0"/>
        </w:rPr>
        <w:t>.</w:t>
      </w:r>
    </w:p>
    <w:p>
      <w:pPr>
        <w:spacing w:after="0"/>
      </w:pPr>
      <w:r>
        <w:rPr>
          <w:b w:val="0"/>
        </w:rPr>
        <w:t>Aceptado por el cliente (firma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presupuesto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