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highlight w:val="yellow"/>
        </w:rPr>
        <w:t>[Tu nombre y apellidos]</w:t>
      </w:r>
    </w:p>
    <w:p>
      <w:pPr>
        <w:spacing w:after="0"/>
      </w:pPr>
      <w:r>
        <w:rPr>
          <w:b w:val="0"/>
        </w:rPr>
        <w:t xml:space="preserve">DNI/NIE: </w:t>
      </w:r>
      <w:r>
        <w:rPr>
          <w:b w:val="0"/>
          <w:highlight w:val="yellow"/>
        </w:rPr>
        <w:t>[número]</w:t>
      </w:r>
    </w:p>
    <w:p>
      <w:r>
        <w:rPr>
          <w:b w:val="0"/>
          <w:highlight w:val="yellow"/>
        </w:rPr>
        <w:t>[Tu dirección]</w:t>
      </w:r>
    </w:p>
    <w:p>
      <w:pPr>
        <w:spacing w:after="0"/>
      </w:pPr>
      <w:r>
        <w:rPr>
          <w:b w:val="0"/>
        </w:rPr>
        <w:t xml:space="preserve">A la atención de: </w:t>
      </w:r>
      <w:r>
        <w:rPr>
          <w:b w:val="0"/>
          <w:highlight w:val="yellow"/>
        </w:rPr>
        <w:t>[Nombre de la empresa]</w:t>
      </w:r>
    </w:p>
    <w:p>
      <w:pPr>
        <w:spacing w:after="0"/>
      </w:pPr>
      <w:r>
        <w:rPr>
          <w:b w:val="0"/>
          <w:highlight w:val="yellow"/>
        </w:rPr>
        <w:t>[Departamento de Recursos Humanos o persona responsable]</w:t>
      </w:r>
    </w:p>
    <w:p>
      <w:r>
        <w:rPr>
          <w:b w:val="0"/>
          <w:highlight w:val="yellow"/>
        </w:rPr>
        <w:t>[Dirección de la empresa]</w:t>
      </w:r>
    </w:p>
    <w:p>
      <w:pPr>
        <w:jc w:val="both"/>
      </w:pPr>
      <w:r>
        <w:rPr>
          <w:b w:val="0"/>
          <w:highlight w:val="yellow"/>
        </w:rPr>
        <w:t>[Ciudad]</w:t>
      </w:r>
      <w:r>
        <w:rPr>
          <w:b w:val="0"/>
        </w:rPr>
        <w:t xml:space="preserve">, a </w:t>
      </w:r>
      <w:r>
        <w:rPr>
          <w:b w:val="0"/>
          <w:highlight w:val="yellow"/>
        </w:rPr>
        <w:t>[fecha]</w:t>
      </w:r>
    </w:p>
    <w:p>
      <w:r>
        <w:rPr>
          <w:b/>
        </w:rPr>
        <w:t>Asunto: reclamación de cantidades adeudadas</w:t>
      </w:r>
    </w:p>
    <w:p>
      <w:pPr>
        <w:jc w:val="both"/>
      </w:pPr>
      <w:r>
        <w:rPr>
          <w:b w:val="0"/>
        </w:rPr>
        <w:t xml:space="preserve">Por medio de la presente, le reclamo el pago de las siguientes cantidades que la empresa me adeuda por mi trabajo desde el </w:t>
      </w:r>
      <w:r>
        <w:rPr>
          <w:b w:val="0"/>
          <w:highlight w:val="yellow"/>
        </w:rPr>
        <w:t>[fecha de inicio]</w:t>
      </w:r>
      <w:r>
        <w:rPr>
          <w:b w:val="0"/>
        </w:rPr>
        <w:t xml:space="preserve"> </w:t>
      </w:r>
      <w:r>
        <w:rPr>
          <w:b w:val="0"/>
          <w:highlight w:val="yellow"/>
        </w:rPr>
        <w:t>[hasta el fecha de fin]</w:t>
      </w:r>
      <w:r>
        <w:rPr>
          <w:b w:val="0"/>
        </w:rPr>
        <w:t>:</w:t>
      </w:r>
    </w:p>
    <w:p>
      <w:pPr>
        <w:pStyle w:val="ListBullet"/>
      </w:pPr>
      <w:r>
        <w:rPr>
          <w:highlight w:val="yellow"/>
        </w:rPr>
        <w:t>[Nómina de mes y año]</w:t>
      </w:r>
      <w:r>
        <w:t xml:space="preserve">: </w:t>
      </w:r>
      <w:r>
        <w:rPr>
          <w:highlight w:val="yellow"/>
        </w:rPr>
        <w:t>[importe]</w:t>
      </w:r>
      <w:r>
        <w:t xml:space="preserve"> €</w:t>
      </w:r>
    </w:p>
    <w:p>
      <w:pPr>
        <w:pStyle w:val="ListBullet"/>
      </w:pPr>
      <w:r>
        <w:rPr>
          <w:highlight w:val="yellow"/>
        </w:rPr>
        <w:t>[Finiquito / pagas extra / horas extra]</w:t>
      </w:r>
      <w:r>
        <w:t xml:space="preserve">: </w:t>
      </w:r>
      <w:r>
        <w:rPr>
          <w:highlight w:val="yellow"/>
        </w:rPr>
        <w:t>[importe]</w:t>
      </w:r>
      <w:r>
        <w:t xml:space="preserve"> €</w:t>
      </w:r>
    </w:p>
    <w:p>
      <w:pPr>
        <w:pStyle w:val="ListBullet"/>
      </w:pPr>
      <w:r>
        <w:t xml:space="preserve">Total reclamado: </w:t>
      </w:r>
      <w:r>
        <w:rPr>
          <w:highlight w:val="yellow"/>
        </w:rPr>
        <w:t>[importe total]</w:t>
      </w:r>
      <w:r>
        <w:t xml:space="preserve"> €</w:t>
      </w:r>
    </w:p>
    <w:p>
      <w:pPr>
        <w:jc w:val="both"/>
      </w:pPr>
      <w:r>
        <w:rPr>
          <w:b w:val="0"/>
        </w:rPr>
        <w:t xml:space="preserve">Le ruego que realice el pago en un plazo de </w:t>
      </w:r>
      <w:r>
        <w:rPr>
          <w:b w:val="0"/>
          <w:highlight w:val="yellow"/>
        </w:rPr>
        <w:t>[10]</w:t>
      </w:r>
      <w:r>
        <w:rPr>
          <w:b w:val="0"/>
        </w:rPr>
        <w:t xml:space="preserve"> días desde la recepción de este escrito, mediante transferencia a la cuenta </w:t>
      </w:r>
      <w:r>
        <w:rPr>
          <w:b w:val="0"/>
          <w:highlight w:val="yellow"/>
        </w:rPr>
        <w:t>[IBAN]</w:t>
      </w:r>
      <w:r>
        <w:rPr>
          <w:b w:val="0"/>
        </w:rPr>
        <w:t>.</w:t>
      </w:r>
    </w:p>
    <w:p>
      <w:pPr>
        <w:jc w:val="both"/>
      </w:pPr>
      <w:r>
        <w:rPr>
          <w:b w:val="0"/>
        </w:rPr>
        <w:t>Si no recibo el pago en ese plazo, presentaré la papeleta de conciliación ante el servicio de mediación correspondiente y, en su caso, la demanda ante el Juzgado de lo Social.</w:t>
      </w:r>
    </w:p>
    <w:p>
      <w:pPr>
        <w:spacing w:after="0"/>
      </w:pPr>
      <w:r>
        <w:rPr>
          <w:b w:val="0"/>
        </w:rPr>
        <w:t>Atentamente,</w:t>
      </w:r>
    </w:p>
    <w:p>
      <w:pPr>
        <w:spacing w:after="0"/>
      </w:pPr>
    </w:p>
    <w:p>
      <w:pPr>
        <w:spacing w:after="0"/>
      </w:pPr>
      <w:r>
        <w:rPr>
          <w:b w:val="0"/>
          <w:highlight w:val="yellow"/>
        </w:rPr>
        <w:t>[Firma]</w:t>
      </w:r>
    </w:p>
    <w:p>
      <w:pPr>
        <w:spacing w:after="0"/>
      </w:pPr>
      <w:r>
        <w:rPr>
          <w:b w:val="0"/>
          <w:highlight w:val="yellow"/>
        </w:rPr>
        <w:t>[Tu nombre y apellidos]</w:t>
      </w:r>
    </w:p>
    <w:p/>
    <w:sectPr w:rsidR="00FC693F" w:rsidRPr="0006063C" w:rsidSect="00034616">
      <w:pgSz w:w="12240" w:h="15840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Reclamación de nóminas o finiquito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