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highlight w:val="yellow"/>
        </w:rPr>
        <w:t>[Tu nombre y apellidos]</w:t>
      </w:r>
    </w:p>
    <w:p>
      <w:pPr>
        <w:spacing w:after="0"/>
      </w:pPr>
      <w:r>
        <w:rPr>
          <w:b w:val="0"/>
        </w:rPr>
        <w:t xml:space="preserve">DNI/NIE: </w:t>
      </w:r>
      <w:r>
        <w:rPr>
          <w:b w:val="0"/>
          <w:highlight w:val="yellow"/>
        </w:rPr>
        <w:t>[número]</w:t>
      </w:r>
    </w:p>
    <w:p>
      <w:r>
        <w:rPr>
          <w:b w:val="0"/>
          <w:highlight w:val="yellow"/>
        </w:rPr>
        <w:t>[Tu dirección]</w:t>
      </w:r>
    </w:p>
    <w:p>
      <w:pPr>
        <w:spacing w:after="0"/>
      </w:pPr>
      <w:r>
        <w:rPr>
          <w:b w:val="0"/>
        </w:rPr>
        <w:t xml:space="preserve">A la atención de: </w:t>
      </w:r>
      <w:r>
        <w:rPr>
          <w:b w:val="0"/>
          <w:highlight w:val="yellow"/>
        </w:rPr>
        <w:t>[Nombre de la empresa]</w:t>
      </w:r>
    </w:p>
    <w:p>
      <w:pPr>
        <w:spacing w:after="0"/>
      </w:pPr>
      <w:r>
        <w:rPr>
          <w:b w:val="0"/>
          <w:highlight w:val="yellow"/>
        </w:rPr>
        <w:t>[Departamento de Recursos Humanos o persona responsable]</w:t>
      </w:r>
    </w:p>
    <w:p>
      <w:r>
        <w:rPr>
          <w:b w:val="0"/>
          <w:highlight w:val="yellow"/>
        </w:rPr>
        <w:t>[Dirección de la empresa]</w:t>
      </w:r>
    </w:p>
    <w:p>
      <w:pPr>
        <w:jc w:val="both"/>
      </w:pPr>
      <w:r>
        <w:rPr>
          <w:b w:val="0"/>
          <w:highlight w:val="yellow"/>
        </w:rPr>
        <w:t>[Ciudad]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</w:p>
    <w:p>
      <w:r>
        <w:rPr>
          <w:b/>
        </w:rPr>
        <w:t>Asunto: solicitud de reducción de jornada por guarda legal</w:t>
      </w:r>
    </w:p>
    <w:p>
      <w:pPr>
        <w:jc w:val="both"/>
      </w:pPr>
      <w:r>
        <w:rPr>
          <w:b w:val="0"/>
        </w:rPr>
        <w:t xml:space="preserve">Por medio de la presente, y al amparo del artículo 37.6 del Estatuto de los Trabajadores, le comunico que voy a ejercer mi derecho a la reducción de jornada por </w:t>
      </w:r>
      <w:r>
        <w:rPr>
          <w:b w:val="0"/>
          <w:highlight w:val="yellow"/>
        </w:rPr>
        <w:t>[cuidado de mi hijo/a menor de doce años / cuidado directo de un familiar hasta el segundo grado que no puede valerse por sí mismo]</w:t>
      </w:r>
      <w:r>
        <w:rPr>
          <w:b w:val="0"/>
        </w:rPr>
        <w:t>, con la disminución proporcional del salario.</w:t>
      </w:r>
    </w:p>
    <w:p>
      <w:pPr>
        <w:jc w:val="both"/>
      </w:pPr>
      <w:r>
        <w:rPr>
          <w:b w:val="0"/>
        </w:rPr>
        <w:t xml:space="preserve">La reducción será de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horas diarias, de modo que pasaré de una jornada de </w:t>
      </w:r>
      <w:r>
        <w:rPr>
          <w:b w:val="0"/>
          <w:highlight w:val="yellow"/>
        </w:rPr>
        <w:t>[horas actuales]</w:t>
      </w:r>
      <w:r>
        <w:rPr>
          <w:b w:val="0"/>
        </w:rPr>
        <w:t xml:space="preserve"> horas a </w:t>
      </w:r>
      <w:r>
        <w:rPr>
          <w:b w:val="0"/>
          <w:highlight w:val="yellow"/>
        </w:rPr>
        <w:t>[nuevas horas]</w:t>
      </w:r>
      <w:r>
        <w:rPr>
          <w:b w:val="0"/>
        </w:rPr>
        <w:t xml:space="preserve"> horas al día, con el siguiente horario: de </w:t>
      </w:r>
      <w:r>
        <w:rPr>
          <w:b w:val="0"/>
          <w:highlight w:val="yellow"/>
        </w:rPr>
        <w:t>[hora de entrada]</w:t>
      </w:r>
      <w:r>
        <w:rPr>
          <w:b w:val="0"/>
        </w:rPr>
        <w:t xml:space="preserve"> a </w:t>
      </w:r>
      <w:r>
        <w:rPr>
          <w:b w:val="0"/>
          <w:highlight w:val="yellow"/>
        </w:rPr>
        <w:t>[hora de salida]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De acuerdo con el artículo 37.7, les comunico con quince días de antelación que la reducción comenzará el </w:t>
      </w:r>
      <w:r>
        <w:rPr>
          <w:b w:val="0"/>
          <w:highlight w:val="yellow"/>
        </w:rPr>
        <w:t>[fecha de inicio]</w:t>
      </w:r>
      <w:r>
        <w:rPr>
          <w:b w:val="0"/>
        </w:rPr>
        <w:t xml:space="preserve"> y se mantendrá </w:t>
      </w:r>
      <w:r>
        <w:rPr>
          <w:b w:val="0"/>
          <w:highlight w:val="yellow"/>
        </w:rPr>
        <w:t>[hasta el fecha de fin / hasta nueva comunicación]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Adjunto </w:t>
      </w:r>
      <w:r>
        <w:rPr>
          <w:b w:val="0"/>
          <w:highlight w:val="yellow"/>
        </w:rPr>
        <w:t>[libro de familia / documentación que acredita la situación del familiar]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Le ruego que me devuelvan una copia firmada de este escrito como acuse de recibo.</w:t>
      </w:r>
    </w:p>
    <w:p>
      <w:pPr>
        <w:spacing w:after="0"/>
      </w:pPr>
      <w:r>
        <w:rPr>
          <w:b w:val="0"/>
        </w:rPr>
        <w:t>Atentamente,</w:t>
      </w:r>
    </w:p>
    <w:p>
      <w:pPr>
        <w:spacing w:after="0"/>
      </w:pPr>
    </w:p>
    <w:p>
      <w:pPr>
        <w:spacing w:after="0"/>
      </w:pPr>
      <w:r>
        <w:rPr>
          <w:b w:val="0"/>
          <w:highlight w:val="yellow"/>
        </w:rPr>
        <w:t>[Firma]</w:t>
      </w:r>
    </w:p>
    <w:p>
      <w:pPr>
        <w:spacing w:after="0"/>
      </w:pPr>
      <w:r>
        <w:rPr>
          <w:b w:val="0"/>
          <w:highlight w:val="yellow"/>
        </w:rPr>
        <w:t>[Tu nombre y apellidos]</w:t>
      </w:r>
    </w:p>
    <w:p/>
    <w:p>
      <w:pPr>
        <w:spacing w:after="0"/>
      </w:pPr>
    </w:p>
    <w:p>
      <w:pPr>
        <w:spacing w:after="0"/>
      </w:pPr>
      <w:r>
        <w:rPr>
          <w:b w:val="0"/>
        </w:rPr>
        <w:t>Recibí por la empresa (firma, sello y fecha):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______________________________</w:t>
      </w:r>
    </w:p>
    <w:p/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reducción de jornada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