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highlight w:val="yellow"/>
        </w:rPr>
        <w:t>[Tu nombre y apellidos]</w:t>
      </w:r>
    </w:p>
    <w:p>
      <w:pPr>
        <w:spacing w:after="0"/>
      </w:pPr>
      <w:r>
        <w:rPr>
          <w:b w:val="0"/>
        </w:rPr>
        <w:t xml:space="preserve">DNI/NIE: </w:t>
      </w:r>
      <w:r>
        <w:rPr>
          <w:b w:val="0"/>
          <w:highlight w:val="yellow"/>
        </w:rPr>
        <w:t>[número]</w:t>
      </w:r>
    </w:p>
    <w:p>
      <w:r>
        <w:rPr>
          <w:b w:val="0"/>
          <w:highlight w:val="yellow"/>
        </w:rPr>
        <w:t>[Tu dirección]</w:t>
      </w:r>
    </w:p>
    <w:p>
      <w:pPr>
        <w:spacing w:after="0"/>
      </w:pPr>
      <w:r>
        <w:rPr>
          <w:b w:val="0"/>
        </w:rPr>
        <w:t xml:space="preserve">A la atención de: </w:t>
      </w:r>
      <w:r>
        <w:rPr>
          <w:b w:val="0"/>
          <w:highlight w:val="yellow"/>
        </w:rPr>
        <w:t>[Nombre de la empresa]</w:t>
      </w:r>
    </w:p>
    <w:p>
      <w:pPr>
        <w:spacing w:after="0"/>
      </w:pPr>
      <w:r>
        <w:rPr>
          <w:b w:val="0"/>
          <w:highlight w:val="yellow"/>
        </w:rPr>
        <w:t>[Departamento de Recursos Humanos o persona responsable]</w:t>
      </w:r>
    </w:p>
    <w:p>
      <w:r>
        <w:rPr>
          <w:b w:val="0"/>
          <w:highlight w:val="yellow"/>
        </w:rPr>
        <w:t>[Dirección de la empresa]</w:t>
      </w:r>
    </w:p>
    <w:p>
      <w:pPr>
        <w:jc w:val="both"/>
      </w:pPr>
      <w:r>
        <w:rPr>
          <w:b w:val="0"/>
          <w:highlight w:val="yellow"/>
        </w:rPr>
        <w:t>[Ciudad]</w:t>
      </w:r>
      <w:r>
        <w:rPr>
          <w:b w:val="0"/>
        </w:rPr>
        <w:t xml:space="preserve">, a </w:t>
      </w:r>
      <w:r>
        <w:rPr>
          <w:b w:val="0"/>
          <w:highlight w:val="yellow"/>
        </w:rPr>
        <w:t>[fecha]</w:t>
      </w:r>
    </w:p>
    <w:p>
      <w:r>
        <w:rPr>
          <w:b/>
        </w:rPr>
        <w:t>Asunto: solicitud de vacaciones</w:t>
      </w:r>
    </w:p>
    <w:p>
      <w:pPr>
        <w:jc w:val="both"/>
      </w:pPr>
      <w:r>
        <w:rPr>
          <w:b w:val="0"/>
        </w:rPr>
        <w:t xml:space="preserve">Por medio de la presente, le solicito disfrutar de </w:t>
      </w:r>
      <w:r>
        <w:rPr>
          <w:b w:val="0"/>
          <w:highlight w:val="yellow"/>
        </w:rPr>
        <w:t>[número]</w:t>
      </w:r>
      <w:r>
        <w:rPr>
          <w:b w:val="0"/>
        </w:rPr>
        <w:t xml:space="preserve"> días de vacaciones correspondientes al año </w:t>
      </w:r>
      <w:r>
        <w:rPr>
          <w:b w:val="0"/>
          <w:highlight w:val="yellow"/>
        </w:rPr>
        <w:t>[2026]</w:t>
      </w:r>
      <w:r>
        <w:rPr>
          <w:b w:val="0"/>
        </w:rPr>
        <w:t xml:space="preserve">, del </w:t>
      </w:r>
      <w:r>
        <w:rPr>
          <w:b w:val="0"/>
          <w:highlight w:val="yellow"/>
        </w:rPr>
        <w:t>[fecha de inicio]</w:t>
      </w:r>
      <w:r>
        <w:rPr>
          <w:b w:val="0"/>
        </w:rPr>
        <w:t xml:space="preserve"> al </w:t>
      </w:r>
      <w:r>
        <w:rPr>
          <w:b w:val="0"/>
          <w:highlight w:val="yellow"/>
        </w:rPr>
        <w:t>[fecha de fin]</w:t>
      </w:r>
      <w:r>
        <w:rPr>
          <w:b w:val="0"/>
        </w:rPr>
        <w:t>, ambos incluidos.</w:t>
      </w:r>
    </w:p>
    <w:p>
      <w:pPr>
        <w:jc w:val="both"/>
      </w:pPr>
      <w:r>
        <w:rPr>
          <w:b w:val="0"/>
        </w:rPr>
        <w:t>Le ruego que me confirmen las fechas por escrito. De acuerdo con el artículo 38.3 del Estatuto de los Trabajadores, la persona trabajadora debe conocer las fechas de sus vacaciones al menos dos meses antes de su comienzo.</w:t>
      </w:r>
    </w:p>
    <w:p>
      <w:pPr>
        <w:spacing w:after="0"/>
      </w:pPr>
      <w:r>
        <w:rPr>
          <w:b w:val="0"/>
        </w:rPr>
        <w:t>Atentamente,</w:t>
      </w:r>
    </w:p>
    <w:p>
      <w:pPr>
        <w:spacing w:after="0"/>
      </w:pPr>
    </w:p>
    <w:p>
      <w:pPr>
        <w:spacing w:after="0"/>
      </w:pPr>
      <w:r>
        <w:rPr>
          <w:b w:val="0"/>
          <w:highlight w:val="yellow"/>
        </w:rPr>
        <w:t>[Firma]</w:t>
      </w:r>
    </w:p>
    <w:p>
      <w:pPr>
        <w:spacing w:after="0"/>
      </w:pPr>
      <w:r>
        <w:rPr>
          <w:b w:val="0"/>
          <w:highlight w:val="yellow"/>
        </w:rPr>
        <w:t>[Tu nombre y apellidos]</w:t>
      </w:r>
    </w:p>
    <w:p/>
    <w:p>
      <w:pPr>
        <w:spacing w:after="0"/>
      </w:pPr>
    </w:p>
    <w:p>
      <w:pPr>
        <w:spacing w:after="0"/>
      </w:pPr>
      <w:r>
        <w:rPr>
          <w:b w:val="0"/>
        </w:rPr>
        <w:t>Recibí por la empresa (firma, sello y fecha):</w:t>
      </w:r>
    </w:p>
    <w:p>
      <w:pPr>
        <w:spacing w:after="0"/>
      </w:pPr>
    </w:p>
    <w:p>
      <w:pPr>
        <w:spacing w:after="0"/>
      </w:pPr>
      <w:r>
        <w:rPr>
          <w:b w:val="0"/>
        </w:rPr>
        <w:t>______________________________</w:t>
      </w:r>
    </w:p>
    <w:p/>
    <w:sectPr w:rsidR="00FC693F" w:rsidRPr="0006063C" w:rsidSect="00034616">
      <w:pgSz w:w="12240" w:h="15840"/>
      <w:pgMar w:top="1440" w:right="1417" w:bottom="144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vacaciones</dc:title>
  <dc:subject/>
  <dc:creator/>
  <cp:keywords/>
  <dc:description/>
  <cp:lastModifiedBy/>
  <cp:revision>1</cp:revision>
  <dcterms:created xsi:type="dcterms:W3CDTF">2013-12-23T23:15:00Z</dcterms:created>
  <dcterms:modified xsi:type="dcterms:W3CDTF">2013-12-23T23:15:00Z</dcterms:modified>
  <cp:category/>
</cp:coreProperties>
</file>